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FED76" w14:textId="2474966D" w:rsidR="00BD4719" w:rsidRPr="009A2671" w:rsidRDefault="00000000">
      <w:pPr>
        <w:spacing w:after="20"/>
        <w:rPr>
          <w:sz w:val="28"/>
          <w:szCs w:val="36"/>
        </w:rPr>
      </w:pPr>
      <w:r>
        <w:rPr>
          <w:b/>
          <w:color w:val="001F3F"/>
          <w:sz w:val="36"/>
        </w:rPr>
        <w:t>Muster-</w:t>
      </w:r>
      <w:r w:rsidR="009A2671">
        <w:rPr>
          <w:b/>
          <w:color w:val="001F3F"/>
          <w:sz w:val="36"/>
        </w:rPr>
        <w:t>Widerrufsformular</w:t>
      </w:r>
      <w:r w:rsidR="009A2671">
        <w:rPr>
          <w:b/>
          <w:color w:val="D60000"/>
          <w:sz w:val="21"/>
        </w:rPr>
        <w:t xml:space="preserve"> |</w:t>
      </w:r>
      <w:r>
        <w:rPr>
          <w:b/>
          <w:color w:val="D60000"/>
          <w:sz w:val="21"/>
        </w:rPr>
        <w:t xml:space="preserve">  </w:t>
      </w:r>
      <w:r w:rsidRPr="009A2671">
        <w:rPr>
          <w:b/>
          <w:color w:val="D60000"/>
          <w:sz w:val="32"/>
          <w:szCs w:val="36"/>
        </w:rPr>
        <w:t>PharmaSat-Akademie</w:t>
      </w:r>
    </w:p>
    <w:p w14:paraId="43D578F2" w14:textId="77777777" w:rsidR="00BD4719" w:rsidRDefault="00BD4719">
      <w:pPr>
        <w:pBdr>
          <w:bottom w:val="single" w:sz="18" w:space="1" w:color="D60000"/>
        </w:pBd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66"/>
        <w:gridCol w:w="3912"/>
      </w:tblGrid>
      <w:tr w:rsidR="00BD4719" w:rsidRPr="005A3595" w14:paraId="4C6E1920" w14:textId="77777777">
        <w:trPr>
          <w:jc w:val="center"/>
        </w:trPr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10" w:type="dxa"/>
            </w:tcMar>
          </w:tcPr>
          <w:p w14:paraId="6F8DB4C7" w14:textId="77777777" w:rsidR="00BD4719" w:rsidRPr="003B1AE3" w:rsidRDefault="00000000">
            <w:pPr>
              <w:spacing w:after="60"/>
              <w:rPr>
                <w:lang w:val="de-DE"/>
              </w:rPr>
            </w:pPr>
            <w:r w:rsidRPr="003B1AE3">
              <w:rPr>
                <w:color w:val="232323"/>
                <w:lang w:val="de-DE"/>
              </w:rPr>
              <w:t>Wenn Sie den Vertrag widerrufen wollen, können Sie dieses Formular ausfüllen und an die PharmaSat-Akademie zurücksenden.</w:t>
            </w:r>
          </w:p>
          <w:p w14:paraId="2A5D2BEF" w14:textId="33566650" w:rsidR="00BD4719" w:rsidRPr="003B1AE3" w:rsidRDefault="00000000">
            <w:pPr>
              <w:rPr>
                <w:lang w:val="de-DE"/>
              </w:rPr>
            </w:pPr>
            <w:r w:rsidRPr="003B1AE3">
              <w:rPr>
                <w:i/>
                <w:color w:val="232323"/>
                <w:sz w:val="18"/>
                <w:lang w:val="de-DE"/>
              </w:rPr>
              <w:t>Das Formular ist freiwillig; für einen wirksamen Widerruf genügt auch eine andere eindeutige Erklärung, z. B. per E-Mail oder Brief</w:t>
            </w:r>
            <w:r w:rsidR="003B1AE3" w:rsidRPr="003B1AE3">
              <w:rPr>
                <w:i/>
                <w:color w:val="232323"/>
                <w:sz w:val="18"/>
                <w:lang w:val="de-DE"/>
              </w:rPr>
              <w:t xml:space="preserve"> </w:t>
            </w:r>
            <w:r w:rsidR="003B1AE3">
              <w:rPr>
                <w:i/>
                <w:color w:val="232323"/>
                <w:sz w:val="18"/>
                <w:lang w:val="de-DE"/>
              </w:rPr>
              <w:t xml:space="preserve">oder </w:t>
            </w:r>
            <w:r w:rsidR="003B1AE3" w:rsidRPr="003B1AE3">
              <w:rPr>
                <w:i/>
                <w:color w:val="232323"/>
                <w:sz w:val="18"/>
                <w:lang w:val="de-DE"/>
              </w:rPr>
              <w:t>elektronische Widerrufsfunktion</w:t>
            </w:r>
            <w:r w:rsidRPr="003B1AE3">
              <w:rPr>
                <w:i/>
                <w:color w:val="232323"/>
                <w:sz w:val="18"/>
                <w:lang w:val="de-DE"/>
              </w:rPr>
              <w:t>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EAF0F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6B2A31" w14:textId="77777777" w:rsidR="00BD4719" w:rsidRPr="003B1AE3" w:rsidRDefault="00000000">
            <w:pPr>
              <w:spacing w:after="20"/>
              <w:rPr>
                <w:lang w:val="de-DE"/>
              </w:rPr>
            </w:pPr>
            <w:r w:rsidRPr="003B1AE3">
              <w:rPr>
                <w:b/>
                <w:color w:val="001F3F"/>
                <w:sz w:val="17"/>
                <w:lang w:val="de-DE"/>
              </w:rPr>
              <w:t>An</w:t>
            </w:r>
          </w:p>
          <w:p w14:paraId="513E86BF" w14:textId="77777777" w:rsidR="00BD4719" w:rsidRPr="003B1AE3" w:rsidRDefault="00000000">
            <w:pPr>
              <w:rPr>
                <w:lang w:val="de-DE"/>
              </w:rPr>
            </w:pPr>
            <w:r w:rsidRPr="003B1AE3">
              <w:rPr>
                <w:b/>
                <w:color w:val="232323"/>
                <w:sz w:val="17"/>
                <w:lang w:val="de-DE"/>
              </w:rPr>
              <w:t>PharmaSat-Akademie</w:t>
            </w:r>
          </w:p>
          <w:p w14:paraId="66C42B45" w14:textId="77777777" w:rsidR="00BD4719" w:rsidRPr="003B1AE3" w:rsidRDefault="00000000">
            <w:pPr>
              <w:rPr>
                <w:lang w:val="de-DE"/>
              </w:rPr>
            </w:pPr>
            <w:r w:rsidRPr="003B1AE3">
              <w:rPr>
                <w:color w:val="232323"/>
                <w:sz w:val="17"/>
                <w:lang w:val="de-DE"/>
              </w:rPr>
              <w:t>Dr. Ralf Goebel</w:t>
            </w:r>
          </w:p>
          <w:p w14:paraId="0EBCE6C3" w14:textId="77777777" w:rsidR="00BD4719" w:rsidRPr="003B1AE3" w:rsidRDefault="00000000">
            <w:pPr>
              <w:rPr>
                <w:lang w:val="de-DE"/>
              </w:rPr>
            </w:pPr>
            <w:r w:rsidRPr="003B1AE3">
              <w:rPr>
                <w:color w:val="232323"/>
                <w:sz w:val="17"/>
                <w:lang w:val="de-DE"/>
              </w:rPr>
              <w:t>Wulfsheinstraße 5</w:t>
            </w:r>
          </w:p>
          <w:p w14:paraId="7FED8181" w14:textId="77777777" w:rsidR="00BD4719" w:rsidRPr="003B1AE3" w:rsidRDefault="00000000">
            <w:pPr>
              <w:rPr>
                <w:lang w:val="de-DE"/>
              </w:rPr>
            </w:pPr>
            <w:r w:rsidRPr="003B1AE3">
              <w:rPr>
                <w:color w:val="232323"/>
                <w:sz w:val="17"/>
                <w:lang w:val="de-DE"/>
              </w:rPr>
              <w:t>10585 Berlin</w:t>
            </w:r>
          </w:p>
          <w:p w14:paraId="558E3AAE" w14:textId="77777777" w:rsidR="00BD4719" w:rsidRPr="003B1AE3" w:rsidRDefault="00000000">
            <w:pPr>
              <w:rPr>
                <w:lang w:val="de-DE"/>
              </w:rPr>
            </w:pPr>
            <w:r w:rsidRPr="003B1AE3">
              <w:rPr>
                <w:color w:val="232323"/>
                <w:sz w:val="17"/>
                <w:lang w:val="de-DE"/>
              </w:rPr>
              <w:t>E-Mail: info@pharmasat-akademie.de</w:t>
            </w:r>
          </w:p>
        </w:tc>
      </w:tr>
    </w:tbl>
    <w:p w14:paraId="144EF1E5" w14:textId="77777777" w:rsidR="003B1AE3" w:rsidRDefault="003B1AE3">
      <w:pPr>
        <w:spacing w:before="120" w:after="100"/>
        <w:rPr>
          <w:b/>
          <w:color w:val="232323"/>
          <w:lang w:val="de-DE"/>
        </w:rPr>
      </w:pPr>
    </w:p>
    <w:p w14:paraId="36C6BA64" w14:textId="6B96D3F9" w:rsidR="00BD4719" w:rsidRDefault="00000000">
      <w:pPr>
        <w:spacing w:before="120" w:after="100"/>
        <w:rPr>
          <w:b/>
          <w:color w:val="232323"/>
          <w:lang w:val="de-DE"/>
        </w:rPr>
      </w:pPr>
      <w:r w:rsidRPr="003B1AE3">
        <w:rPr>
          <w:b/>
          <w:color w:val="232323"/>
          <w:lang w:val="de-DE"/>
        </w:rPr>
        <w:t>Hiermit widerrufe(n) ich/wir (*) den von mir/uns (*) abgeschlossenen Vertrag über die Erbringung der folgenden Dienstleistung bzw. die Bereitstellung des folgenden digitalen Lernangebots:</w:t>
      </w:r>
    </w:p>
    <w:p w14:paraId="7D9BABB9" w14:textId="77777777" w:rsidR="003B1AE3" w:rsidRPr="003B1AE3" w:rsidRDefault="003B1AE3">
      <w:pPr>
        <w:spacing w:before="120" w:after="10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6"/>
      </w:tblGrid>
      <w:tr w:rsidR="00BD4719" w:rsidRPr="005A3595" w14:paraId="6A8487B8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B4AFF" w14:textId="77777777" w:rsidR="00BD4719" w:rsidRPr="005A3595" w:rsidRDefault="00000000">
            <w:pPr>
              <w:rPr>
                <w:b/>
                <w:color w:val="232323"/>
                <w:sz w:val="17"/>
                <w:lang w:val="de-DE"/>
              </w:rPr>
            </w:pPr>
            <w:r w:rsidRPr="005A3595">
              <w:rPr>
                <w:b/>
                <w:color w:val="232323"/>
                <w:sz w:val="17"/>
                <w:lang w:val="de-DE"/>
              </w:rPr>
              <w:t>Seminar / Webinar / Online-Kurs</w:t>
            </w:r>
          </w:p>
          <w:p w14:paraId="0F0D9A92" w14:textId="77777777" w:rsidR="003B1AE3" w:rsidRPr="005A3595" w:rsidRDefault="003B1AE3">
            <w:pPr>
              <w:rPr>
                <w:b/>
                <w:color w:val="232323"/>
                <w:sz w:val="17"/>
                <w:lang w:val="de-DE"/>
              </w:rPr>
            </w:pPr>
            <w:r w:rsidRPr="005A3595">
              <w:rPr>
                <w:b/>
                <w:color w:val="232323"/>
                <w:sz w:val="17"/>
                <w:lang w:val="de-DE"/>
              </w:rPr>
              <w:t>(Titel der Veranstaltung)</w:t>
            </w:r>
          </w:p>
          <w:p w14:paraId="00E95909" w14:textId="4ECAF12E" w:rsidR="003B1AE3" w:rsidRPr="005A3595" w:rsidRDefault="003B1AE3">
            <w:pPr>
              <w:rPr>
                <w:lang w:val="de-DE"/>
              </w:rPr>
            </w:pPr>
          </w:p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9656B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TITEL"/>
                <w:tag w:val="TITEL"/>
                <w:id w:val="83803644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Titel eingeben</w:t>
                </w:r>
              </w:sdtContent>
            </w:sdt>
          </w:p>
        </w:tc>
      </w:tr>
      <w:tr w:rsidR="00BD4719" w:rsidRPr="005A3595" w14:paraId="54B13BFE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CB796" w14:textId="77777777" w:rsidR="003B1AE3" w:rsidRDefault="00000000">
            <w:pPr>
              <w:rPr>
                <w:b/>
                <w:color w:val="232323"/>
                <w:sz w:val="17"/>
              </w:rPr>
            </w:pPr>
            <w:r>
              <w:rPr>
                <w:b/>
                <w:color w:val="232323"/>
                <w:sz w:val="17"/>
              </w:rPr>
              <w:t>Veranstaltungsdatum</w:t>
            </w:r>
          </w:p>
          <w:p w14:paraId="79579EFB" w14:textId="42D072C5" w:rsidR="003B1AE3" w:rsidRPr="003B1AE3" w:rsidRDefault="003B1AE3">
            <w:pPr>
              <w:rPr>
                <w:b/>
                <w:color w:val="232323"/>
                <w:sz w:val="17"/>
              </w:rPr>
            </w:pPr>
          </w:p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AF261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VERANSTALTUNGSDATUM"/>
                <w:tag w:val="VERANSTALTUNGSDATUM"/>
                <w:id w:val="-919564311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Datum eingeben (optional)</w:t>
                </w:r>
              </w:sdtContent>
            </w:sdt>
          </w:p>
        </w:tc>
      </w:tr>
      <w:tr w:rsidR="00BD4719" w:rsidRPr="005A3595" w14:paraId="095FEEC4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18AF83" w14:textId="54487534" w:rsidR="009A2671" w:rsidRPr="005A3595" w:rsidRDefault="00000000">
            <w:pPr>
              <w:rPr>
                <w:b/>
                <w:color w:val="232323"/>
                <w:sz w:val="17"/>
                <w:lang w:val="de-DE"/>
              </w:rPr>
            </w:pPr>
            <w:r w:rsidRPr="005A3595">
              <w:rPr>
                <w:b/>
                <w:color w:val="232323"/>
                <w:sz w:val="17"/>
                <w:lang w:val="de-DE"/>
              </w:rPr>
              <w:t xml:space="preserve">Vertrag geschlossen </w:t>
            </w:r>
            <w:r w:rsidR="009A2671" w:rsidRPr="005A3595">
              <w:rPr>
                <w:b/>
                <w:color w:val="232323"/>
                <w:sz w:val="17"/>
                <w:lang w:val="de-DE"/>
              </w:rPr>
              <w:t>am /</w:t>
            </w:r>
            <w:r w:rsidRPr="005A3595">
              <w:rPr>
                <w:b/>
                <w:color w:val="232323"/>
                <w:sz w:val="17"/>
                <w:lang w:val="de-DE"/>
              </w:rPr>
              <w:t xml:space="preserve"> </w:t>
            </w:r>
          </w:p>
          <w:p w14:paraId="2E57676D" w14:textId="43BF3470" w:rsidR="003B1AE3" w:rsidRPr="009A2671" w:rsidRDefault="009A2671">
            <w:pPr>
              <w:rPr>
                <w:b/>
                <w:color w:val="232323"/>
                <w:sz w:val="17"/>
                <w:lang w:val="de-DE"/>
              </w:rPr>
            </w:pPr>
            <w:r w:rsidRPr="009A2671">
              <w:rPr>
                <w:b/>
                <w:color w:val="232323"/>
                <w:sz w:val="17"/>
                <w:lang w:val="de-DE"/>
              </w:rPr>
              <w:t>Dienstleistung bestellt am</w:t>
            </w:r>
          </w:p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78681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VERTRAGSDATUM"/>
                <w:tag w:val="VERTRAGSDATUM"/>
                <w:id w:val="745990564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Datum eingeben</w:t>
                </w:r>
              </w:sdtContent>
            </w:sdt>
          </w:p>
        </w:tc>
      </w:tr>
      <w:tr w:rsidR="00BD4719" w:rsidRPr="005A3595" w14:paraId="5CACABFB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777E5" w14:textId="1B58AABB" w:rsidR="00BD4719" w:rsidRPr="003B1AE3" w:rsidRDefault="003B1AE3" w:rsidP="003B1AE3">
            <w:pPr>
              <w:rPr>
                <w:lang w:val="de-DE"/>
              </w:rPr>
            </w:pPr>
            <w:r w:rsidRPr="003B1AE3">
              <w:rPr>
                <w:b/>
                <w:color w:val="232323"/>
                <w:sz w:val="17"/>
                <w:lang w:val="de-DE"/>
              </w:rPr>
              <w:t>Name der teilnehmenden / buchenden Person</w:t>
            </w:r>
            <w:r>
              <w:rPr>
                <w:b/>
                <w:color w:val="232323"/>
                <w:sz w:val="17"/>
                <w:lang w:val="de-DE"/>
              </w:rPr>
              <w:t xml:space="preserve"> </w:t>
            </w:r>
            <w:r w:rsidRPr="003B1AE3">
              <w:rPr>
                <w:b/>
                <w:color w:val="232323"/>
                <w:sz w:val="17"/>
                <w:lang w:val="de-DE"/>
              </w:rPr>
              <w:t>(Verbraucher/in)</w:t>
            </w:r>
          </w:p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F69D9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NAME"/>
                <w:tag w:val="NAME"/>
                <w:id w:val="-1335604460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Namen eingeben</w:t>
                </w:r>
              </w:sdtContent>
            </w:sdt>
          </w:p>
        </w:tc>
      </w:tr>
      <w:tr w:rsidR="00BD4719" w:rsidRPr="005A3595" w14:paraId="5FD524F0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37E4A" w14:textId="77777777" w:rsidR="00BD4719" w:rsidRDefault="003B1AE3" w:rsidP="003B1AE3">
            <w:pPr>
              <w:rPr>
                <w:b/>
                <w:color w:val="232323"/>
                <w:sz w:val="17"/>
                <w:lang w:val="de-DE"/>
              </w:rPr>
            </w:pPr>
            <w:r w:rsidRPr="003B1AE3">
              <w:rPr>
                <w:b/>
                <w:color w:val="232323"/>
                <w:sz w:val="17"/>
                <w:lang w:val="de-DE"/>
              </w:rPr>
              <w:t>Anschrift der teilnehmenden / buchenden Person</w:t>
            </w:r>
            <w:r>
              <w:rPr>
                <w:b/>
                <w:color w:val="232323"/>
                <w:sz w:val="17"/>
                <w:lang w:val="de-DE"/>
              </w:rPr>
              <w:t xml:space="preserve"> </w:t>
            </w:r>
            <w:r w:rsidRPr="003B1AE3">
              <w:rPr>
                <w:b/>
                <w:color w:val="232323"/>
                <w:sz w:val="17"/>
                <w:lang w:val="de-DE"/>
              </w:rPr>
              <w:t>(Verbraucher/in)</w:t>
            </w:r>
          </w:p>
          <w:p w14:paraId="674EA9A7" w14:textId="0266BDDA" w:rsidR="003B1AE3" w:rsidRPr="003B1AE3" w:rsidRDefault="003B1AE3" w:rsidP="003B1AE3">
            <w:pPr>
              <w:rPr>
                <w:lang w:val="de-DE"/>
              </w:rPr>
            </w:pPr>
          </w:p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F53F8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ANSCHRIFT"/>
                <w:tag w:val="ANSCHRIFT"/>
                <w:id w:val="-2050676511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Anschrift eingeben</w:t>
                </w:r>
              </w:sdtContent>
            </w:sdt>
          </w:p>
        </w:tc>
      </w:tr>
      <w:tr w:rsidR="00BD4719" w:rsidRPr="005A3595" w14:paraId="4E05BA0C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6EED8" w14:textId="77777777" w:rsidR="00BD4719" w:rsidRDefault="00000000">
            <w:r>
              <w:rPr>
                <w:b/>
                <w:color w:val="232323"/>
                <w:sz w:val="17"/>
              </w:rPr>
              <w:t>E-Mail-Adresse</w:t>
            </w:r>
            <w:r>
              <w:br/>
            </w:r>
            <w:r>
              <w:rPr>
                <w:color w:val="232323"/>
                <w:sz w:val="17"/>
              </w:rPr>
              <w:t>(optional)</w:t>
            </w:r>
          </w:p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59E46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EMAIL"/>
                <w:tag w:val="EMAIL"/>
                <w:id w:val="-1740473874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E-Mail-Adresse eingeben (optional)</w:t>
                </w:r>
              </w:sdtContent>
            </w:sdt>
          </w:p>
        </w:tc>
      </w:tr>
      <w:tr w:rsidR="00BD4719" w:rsidRPr="005A3595" w14:paraId="06355D3C" w14:textId="77777777">
        <w:trPr>
          <w:jc w:val="center"/>
        </w:trPr>
        <w:tc>
          <w:tcPr>
            <w:tcW w:w="3402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3EC3E" w14:textId="77777777" w:rsidR="00BD4719" w:rsidRDefault="00000000">
            <w:pPr>
              <w:rPr>
                <w:b/>
                <w:color w:val="232323"/>
                <w:sz w:val="17"/>
              </w:rPr>
            </w:pPr>
            <w:r>
              <w:rPr>
                <w:b/>
                <w:color w:val="232323"/>
                <w:sz w:val="17"/>
              </w:rPr>
              <w:t>Datum der Widerrufserklärung</w:t>
            </w:r>
          </w:p>
          <w:p w14:paraId="4CBF374C" w14:textId="77777777" w:rsidR="003B1AE3" w:rsidRDefault="003B1AE3"/>
        </w:tc>
        <w:tc>
          <w:tcPr>
            <w:tcW w:w="6576" w:type="dxa"/>
            <w:tcBorders>
              <w:top w:val="single" w:sz="4" w:space="0" w:color="B9C3CC"/>
              <w:left w:val="single" w:sz="4" w:space="0" w:color="B9C3CC"/>
              <w:bottom w:val="single" w:sz="4" w:space="0" w:color="B9C3CC"/>
              <w:right w:val="single" w:sz="4" w:space="0" w:color="B9C3CC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94FC0" w14:textId="77777777" w:rsidR="00BD4719" w:rsidRPr="003B1AE3" w:rsidRDefault="00000000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alias w:val="DATUM"/>
                <w:tag w:val="DATUM"/>
                <w:id w:val="213471404"/>
                <w:text/>
              </w:sdtPr>
              <w:sdtContent>
                <w:r w:rsidRPr="003B1AE3">
                  <w:rPr>
                    <w:color w:val="5A5A5A"/>
                    <w:sz w:val="18"/>
                    <w:lang w:val="de-DE"/>
                  </w:rPr>
                  <w:t>Hier klicken und Datum eingeben</w:t>
                </w:r>
              </w:sdtContent>
            </w:sdt>
          </w:p>
        </w:tc>
      </w:tr>
    </w:tbl>
    <w:p w14:paraId="218701B5" w14:textId="77777777" w:rsidR="003B1AE3" w:rsidRDefault="003B1AE3">
      <w:pPr>
        <w:spacing w:before="100" w:after="40"/>
        <w:rPr>
          <w:color w:val="232323"/>
          <w:sz w:val="17"/>
          <w:lang w:val="de-DE"/>
        </w:rPr>
      </w:pPr>
    </w:p>
    <w:p w14:paraId="340FD085" w14:textId="77777777" w:rsidR="003B1AE3" w:rsidRDefault="003B1AE3">
      <w:pPr>
        <w:spacing w:before="100" w:after="40"/>
        <w:rPr>
          <w:color w:val="232323"/>
          <w:sz w:val="17"/>
          <w:lang w:val="de-DE"/>
        </w:rPr>
      </w:pPr>
    </w:p>
    <w:p w14:paraId="48466A2A" w14:textId="2F503BB8" w:rsidR="00BD4719" w:rsidRDefault="00000000">
      <w:pPr>
        <w:spacing w:before="100" w:after="40"/>
        <w:rPr>
          <w:color w:val="232323"/>
          <w:sz w:val="17"/>
          <w:lang w:val="de-DE"/>
        </w:rPr>
      </w:pPr>
      <w:r w:rsidRPr="003B1AE3">
        <w:rPr>
          <w:color w:val="232323"/>
          <w:sz w:val="17"/>
          <w:lang w:val="de-DE"/>
        </w:rPr>
        <w:t>Unterschrift der Verbraucherin / des Verbrauchers (nur bei Mitteilung auf Papier):</w:t>
      </w:r>
    </w:p>
    <w:p w14:paraId="3F8AFA6B" w14:textId="77777777" w:rsidR="003B1AE3" w:rsidRDefault="003B1AE3">
      <w:pPr>
        <w:spacing w:before="100" w:after="40"/>
        <w:rPr>
          <w:color w:val="232323"/>
          <w:sz w:val="17"/>
          <w:lang w:val="de-DE"/>
        </w:rPr>
      </w:pPr>
    </w:p>
    <w:p w14:paraId="415E6D40" w14:textId="77777777" w:rsidR="003B1AE3" w:rsidRPr="003B1AE3" w:rsidRDefault="003B1AE3">
      <w:pPr>
        <w:pBdr>
          <w:bottom w:val="single" w:sz="12" w:space="1" w:color="auto"/>
        </w:pBdr>
        <w:spacing w:before="100" w:after="40"/>
        <w:rPr>
          <w:lang w:val="de-DE"/>
        </w:rPr>
      </w:pPr>
    </w:p>
    <w:p w14:paraId="505D4BC2" w14:textId="77777777" w:rsidR="003B1AE3" w:rsidRPr="003B1AE3" w:rsidRDefault="003B1AE3">
      <w:pPr>
        <w:spacing w:after="80"/>
        <w:rPr>
          <w:color w:val="646464"/>
          <w:sz w:val="18"/>
          <w:lang w:val="de-DE"/>
        </w:rPr>
      </w:pPr>
    </w:p>
    <w:p w14:paraId="0B2F43FF" w14:textId="77777777" w:rsidR="003B1AE3" w:rsidRPr="003B1AE3" w:rsidRDefault="003B1AE3">
      <w:pPr>
        <w:spacing w:after="80"/>
        <w:rPr>
          <w:color w:val="646464"/>
          <w:sz w:val="18"/>
          <w:lang w:val="de-DE"/>
        </w:rPr>
      </w:pPr>
    </w:p>
    <w:p w14:paraId="2250A4B6" w14:textId="77777777" w:rsidR="003B1AE3" w:rsidRPr="003B1AE3" w:rsidRDefault="003B1AE3">
      <w:pPr>
        <w:spacing w:after="8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BD4719" w:rsidRPr="005A3595" w14:paraId="5FD9BBFD" w14:textId="77777777">
        <w:trPr>
          <w:jc w:val="center"/>
        </w:trPr>
        <w:tc>
          <w:tcPr>
            <w:tcW w:w="10148" w:type="dxa"/>
            <w:tcBorders>
              <w:top w:val="single" w:sz="6" w:space="0" w:color="9BA9B6"/>
              <w:left w:val="single" w:sz="6" w:space="0" w:color="9BA9B6"/>
              <w:bottom w:val="single" w:sz="6" w:space="0" w:color="9BA9B6"/>
              <w:right w:val="single" w:sz="6" w:space="0" w:color="9BA9B6"/>
            </w:tcBorders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874D58" w14:textId="3A5B6AAD" w:rsidR="00BD4719" w:rsidRPr="00A30799" w:rsidRDefault="005A3595">
            <w:pPr>
              <w:spacing w:after="40"/>
              <w:rPr>
                <w:b/>
                <w:color w:val="001F3F"/>
                <w:sz w:val="22"/>
                <w:szCs w:val="28"/>
                <w:lang w:val="de-DE"/>
              </w:rPr>
            </w:pPr>
            <w:r w:rsidRPr="00A30799">
              <w:rPr>
                <w:b/>
                <w:color w:val="001F3F"/>
                <w:sz w:val="22"/>
                <w:szCs w:val="28"/>
                <w:lang w:val="de-DE"/>
              </w:rPr>
              <w:t>Hinweis:</w:t>
            </w:r>
          </w:p>
          <w:p w14:paraId="500DB451" w14:textId="77777777" w:rsidR="005A3595" w:rsidRPr="003B1AE3" w:rsidRDefault="005A3595">
            <w:pPr>
              <w:spacing w:after="40"/>
              <w:rPr>
                <w:lang w:val="de-DE"/>
              </w:rPr>
            </w:pPr>
          </w:p>
          <w:p w14:paraId="19AEF360" w14:textId="77777777" w:rsidR="00BD4719" w:rsidRPr="00A30799" w:rsidRDefault="00000000">
            <w:pPr>
              <w:spacing w:after="10"/>
              <w:ind w:left="85" w:hanging="85"/>
              <w:rPr>
                <w:color w:val="232323"/>
                <w:sz w:val="20"/>
                <w:szCs w:val="28"/>
                <w:lang w:val="de-DE"/>
              </w:rPr>
            </w:pPr>
            <w:r w:rsidRPr="00A30799">
              <w:rPr>
                <w:color w:val="232323"/>
                <w:sz w:val="20"/>
                <w:szCs w:val="28"/>
                <w:lang w:val="de-DE"/>
              </w:rPr>
              <w:t>• Sie müssen den Widerruf nicht begründen.</w:t>
            </w:r>
          </w:p>
          <w:p w14:paraId="7856D17F" w14:textId="77777777" w:rsidR="005A3595" w:rsidRPr="00A30799" w:rsidRDefault="005A3595">
            <w:pPr>
              <w:spacing w:after="10"/>
              <w:ind w:left="85" w:hanging="85"/>
              <w:rPr>
                <w:sz w:val="22"/>
                <w:szCs w:val="28"/>
                <w:lang w:val="de-DE"/>
              </w:rPr>
            </w:pPr>
          </w:p>
          <w:p w14:paraId="67BB6B83" w14:textId="04B82D9A" w:rsidR="00BD4719" w:rsidRPr="00A30799" w:rsidRDefault="00000000">
            <w:pPr>
              <w:spacing w:after="10"/>
              <w:ind w:left="85" w:hanging="85"/>
              <w:rPr>
                <w:color w:val="232323"/>
                <w:sz w:val="20"/>
                <w:szCs w:val="28"/>
                <w:lang w:val="de-DE"/>
              </w:rPr>
            </w:pPr>
            <w:r w:rsidRPr="00A30799">
              <w:rPr>
                <w:color w:val="232323"/>
                <w:sz w:val="20"/>
                <w:szCs w:val="28"/>
                <w:lang w:val="de-DE"/>
              </w:rPr>
              <w:t xml:space="preserve">• E-Mail-Adresse </w:t>
            </w:r>
            <w:r w:rsidR="003B1AE3" w:rsidRPr="00A30799">
              <w:rPr>
                <w:color w:val="232323"/>
                <w:sz w:val="20"/>
                <w:szCs w:val="28"/>
                <w:lang w:val="de-DE"/>
              </w:rPr>
              <w:t>ist</w:t>
            </w:r>
            <w:r w:rsidRPr="00A30799">
              <w:rPr>
                <w:color w:val="232323"/>
                <w:sz w:val="20"/>
                <w:szCs w:val="28"/>
                <w:lang w:val="de-DE"/>
              </w:rPr>
              <w:t xml:space="preserve"> freiwillig und dien</w:t>
            </w:r>
            <w:r w:rsidR="003B1AE3" w:rsidRPr="00A30799">
              <w:rPr>
                <w:color w:val="232323"/>
                <w:sz w:val="20"/>
                <w:szCs w:val="28"/>
                <w:lang w:val="de-DE"/>
              </w:rPr>
              <w:t>t</w:t>
            </w:r>
            <w:r w:rsidRPr="00A30799">
              <w:rPr>
                <w:color w:val="232323"/>
                <w:sz w:val="20"/>
                <w:szCs w:val="28"/>
                <w:lang w:val="de-DE"/>
              </w:rPr>
              <w:t xml:space="preserve"> nur der leichteren Zuordnung.</w:t>
            </w:r>
          </w:p>
          <w:p w14:paraId="394A2907" w14:textId="77777777" w:rsidR="005A3595" w:rsidRPr="00A30799" w:rsidRDefault="005A3595">
            <w:pPr>
              <w:spacing w:after="10"/>
              <w:ind w:left="85" w:hanging="85"/>
              <w:rPr>
                <w:sz w:val="22"/>
                <w:szCs w:val="28"/>
                <w:lang w:val="de-DE"/>
              </w:rPr>
            </w:pPr>
          </w:p>
          <w:p w14:paraId="1C185EED" w14:textId="77777777" w:rsidR="00BD4719" w:rsidRPr="00A30799" w:rsidRDefault="00000000">
            <w:pPr>
              <w:spacing w:after="10"/>
              <w:ind w:left="85" w:hanging="85"/>
              <w:rPr>
                <w:color w:val="232323"/>
                <w:sz w:val="20"/>
                <w:szCs w:val="28"/>
                <w:lang w:val="de-DE"/>
              </w:rPr>
            </w:pPr>
            <w:r w:rsidRPr="00A30799">
              <w:rPr>
                <w:color w:val="232323"/>
                <w:sz w:val="20"/>
                <w:szCs w:val="28"/>
                <w:lang w:val="de-DE"/>
              </w:rPr>
              <w:t>• Bei einer elektronischen Übermittlung ist keine handschriftliche Unterschrift erforderlich.</w:t>
            </w:r>
          </w:p>
          <w:p w14:paraId="1D3F29E8" w14:textId="77777777" w:rsidR="005A3595" w:rsidRPr="00A30799" w:rsidRDefault="005A3595">
            <w:pPr>
              <w:spacing w:after="10"/>
              <w:ind w:left="85" w:hanging="85"/>
              <w:rPr>
                <w:sz w:val="22"/>
                <w:szCs w:val="28"/>
                <w:lang w:val="de-DE"/>
              </w:rPr>
            </w:pPr>
          </w:p>
          <w:p w14:paraId="6DFE77DF" w14:textId="77777777" w:rsidR="00BD4719" w:rsidRPr="00A30799" w:rsidRDefault="00000000">
            <w:pPr>
              <w:spacing w:after="10"/>
              <w:ind w:left="85" w:hanging="85"/>
              <w:rPr>
                <w:color w:val="232323"/>
                <w:sz w:val="20"/>
                <w:szCs w:val="28"/>
                <w:lang w:val="de-DE"/>
              </w:rPr>
            </w:pPr>
            <w:r w:rsidRPr="00A30799">
              <w:rPr>
                <w:color w:val="232323"/>
                <w:sz w:val="20"/>
                <w:szCs w:val="28"/>
                <w:lang w:val="de-DE"/>
              </w:rPr>
              <w:t>• Bei einer Online-Buchung kann zusätzlich die auf der Website bereitgestellte elektronische Widerrufsfunktion genutzt werden.</w:t>
            </w:r>
          </w:p>
          <w:p w14:paraId="38F0AD7D" w14:textId="77777777" w:rsidR="005A3595" w:rsidRPr="00A30799" w:rsidRDefault="005A3595">
            <w:pPr>
              <w:spacing w:after="10"/>
              <w:ind w:left="85" w:hanging="85"/>
              <w:rPr>
                <w:sz w:val="22"/>
                <w:szCs w:val="28"/>
                <w:lang w:val="de-DE"/>
              </w:rPr>
            </w:pPr>
          </w:p>
          <w:p w14:paraId="564994AE" w14:textId="77777777" w:rsidR="00BD4719" w:rsidRPr="003B1AE3" w:rsidRDefault="00000000">
            <w:pPr>
              <w:spacing w:after="10"/>
              <w:ind w:left="85" w:hanging="85"/>
              <w:rPr>
                <w:lang w:val="de-DE"/>
              </w:rPr>
            </w:pPr>
            <w:r w:rsidRPr="00A30799">
              <w:rPr>
                <w:color w:val="232323"/>
                <w:sz w:val="20"/>
                <w:szCs w:val="28"/>
                <w:lang w:val="de-DE"/>
              </w:rPr>
              <w:t>• Dieses Formular betrifft den gesetzlichen Widerruf. Für freiwillige Stornierungen außerhalb des Widerrufsrechts gelten die vereinbarten Stornierungsbedingungen.</w:t>
            </w:r>
          </w:p>
        </w:tc>
      </w:tr>
    </w:tbl>
    <w:p w14:paraId="3F0DBE83" w14:textId="7557B1B5" w:rsidR="00BD4719" w:rsidRPr="003B1AE3" w:rsidRDefault="00BD4719" w:rsidP="003B1AE3">
      <w:pPr>
        <w:spacing w:before="80"/>
        <w:rPr>
          <w:lang w:val="de-DE"/>
        </w:rPr>
      </w:pPr>
    </w:p>
    <w:sectPr w:rsidR="00BD4719" w:rsidRPr="003B1AE3" w:rsidSect="00034616">
      <w:footerReference w:type="default" r:id="rId8"/>
      <w:pgSz w:w="11906" w:h="16838"/>
      <w:pgMar w:top="765" w:right="879" w:bottom="709" w:left="879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AE98D" w14:textId="77777777" w:rsidR="00C32538" w:rsidRDefault="00C32538">
      <w:r>
        <w:separator/>
      </w:r>
    </w:p>
  </w:endnote>
  <w:endnote w:type="continuationSeparator" w:id="0">
    <w:p w14:paraId="2FF49AD9" w14:textId="77777777" w:rsidR="00C32538" w:rsidRDefault="00C3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41208" w14:textId="0BDDF74B" w:rsidR="00BD4719" w:rsidRPr="005A3595" w:rsidRDefault="00000000">
    <w:pPr>
      <w:pStyle w:val="Fuzeile"/>
      <w:jc w:val="center"/>
      <w:rPr>
        <w:lang w:val="de-DE"/>
      </w:rPr>
    </w:pPr>
    <w:r w:rsidRPr="005A3595">
      <w:rPr>
        <w:sz w:val="14"/>
        <w:lang w:val="de-DE"/>
      </w:rPr>
      <w:t xml:space="preserve">PharmaSat-Akademie | Muster-Widerrufsformular | Stand 12.08.2026 | </w:t>
    </w:r>
    <w:r w:rsidR="003B1AE3" w:rsidRPr="005A3595">
      <w:rPr>
        <w:sz w:val="14"/>
        <w:lang w:val="de-DE"/>
      </w:rPr>
      <w:t>Dieses Formular ist für Verbraucherinnen und Verbraucher bestimmt.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12571" w14:textId="77777777" w:rsidR="00C32538" w:rsidRDefault="00C32538">
      <w:r>
        <w:separator/>
      </w:r>
    </w:p>
  </w:footnote>
  <w:footnote w:type="continuationSeparator" w:id="0">
    <w:p w14:paraId="30DD925A" w14:textId="77777777" w:rsidR="00C32538" w:rsidRDefault="00C32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3509503">
    <w:abstractNumId w:val="8"/>
  </w:num>
  <w:num w:numId="2" w16cid:durableId="632978245">
    <w:abstractNumId w:val="6"/>
  </w:num>
  <w:num w:numId="3" w16cid:durableId="409622324">
    <w:abstractNumId w:val="5"/>
  </w:num>
  <w:num w:numId="4" w16cid:durableId="2144038439">
    <w:abstractNumId w:val="4"/>
  </w:num>
  <w:num w:numId="5" w16cid:durableId="469637386">
    <w:abstractNumId w:val="7"/>
  </w:num>
  <w:num w:numId="6" w16cid:durableId="1591430305">
    <w:abstractNumId w:val="3"/>
  </w:num>
  <w:num w:numId="7" w16cid:durableId="535579587">
    <w:abstractNumId w:val="2"/>
  </w:num>
  <w:num w:numId="8" w16cid:durableId="1860196615">
    <w:abstractNumId w:val="1"/>
  </w:num>
  <w:num w:numId="9" w16cid:durableId="168493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3AC5"/>
    <w:rsid w:val="003B1AE3"/>
    <w:rsid w:val="005A3595"/>
    <w:rsid w:val="00770525"/>
    <w:rsid w:val="009A2671"/>
    <w:rsid w:val="00A30799"/>
    <w:rsid w:val="00A86A60"/>
    <w:rsid w:val="00AA1D8D"/>
    <w:rsid w:val="00B47730"/>
    <w:rsid w:val="00BC2648"/>
    <w:rsid w:val="00BD4719"/>
    <w:rsid w:val="00BE2519"/>
    <w:rsid w:val="00C32538"/>
    <w:rsid w:val="00CB0664"/>
    <w:rsid w:val="00D160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CDC4EC"/>
  <w14:defaultImageDpi w14:val="300"/>
  <w15:docId w15:val="{E09CB34E-431C-44AA-9C01-8ED3420D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 w:line="240" w:lineRule="auto"/>
    </w:pPr>
    <w:rPr>
      <w:rFonts w:ascii="Aptos" w:hAnsi="Aptos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1612</Characters>
  <Application>Microsoft Office Word</Application>
  <DocSecurity>0</DocSecurity>
  <Lines>64</Lines>
  <Paragraphs>38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Muster-Widerrufsformular PharmaSat-Akademie</vt:lpstr>
      <vt:lpstr/>
    </vt:vector>
  </TitlesOfParts>
  <Manager/>
  <Company/>
  <LinksUpToDate>false</LinksUpToDate>
  <CharactersWithSpaces>1794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Muster-Widerrufsformular PharmaSat-Akademie</dc:title>
  <dc:subject>Ausfüllbares einseitiges A4-Muster-Widerrufsformular</dc:subject>
  <dc:creator>PharmaSat-Akademie</dc:creator>
  <cp:keywords>Widerruf, Webinar, Online-Kurs, PharmaSat-Akademie</cp:keywords>
  <dc:description>generated by python-docx</dc:description>
  <cp:lastModifiedBy>Ralf Goebel</cp:lastModifiedBy>
  <cp:revision>4</cp:revision>
  <dcterms:created xsi:type="dcterms:W3CDTF">2026-08-12T15:16:00Z</dcterms:created>
  <dcterms:modified xsi:type="dcterms:W3CDTF">2026-08-12T15:22:00Z</dcterms:modified>
  <cp:category/>
</cp:coreProperties>
</file>